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ascii="Aptos Display" w:hAnsi="Aptos Display"/>
          <w:b/>
          <w:color w:val="111111"/>
          <w:sz w:val="34"/>
        </w:rPr>
        <w:t>G R A D I N G P O I N T</w:t>
      </w:r>
    </w:p>
    <w:p>
      <w:pPr>
        <w:pStyle w:val="Normal"/>
        <w:spacing w:before="0" w:after="80"/>
        <w:jc w:val="center"/>
        <w:rPr/>
      </w:pPr>
      <w:r>
        <w:rPr>
          <w:b/>
          <w:color w:val="82692A"/>
          <w:sz w:val="16"/>
        </w:rPr>
        <w:t>TRADING CARD SUBMISSION FORM</w:t>
      </w:r>
    </w:p>
    <w:p>
      <w:pPr>
        <w:pStyle w:val="Normal"/>
        <w:pBdr>
          <w:bottom w:val="single" w:sz="10" w:space="1" w:color="C7A64A"/>
        </w:pBdr>
        <w:spacing w:before="0" w:after="60"/>
        <w:rPr/>
      </w:pPr>
      <w:r>
        <w:rPr/>
      </w:r>
    </w:p>
    <w:tbl>
      <w:tblPr>
        <w:tblW w:w="1061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2653"/>
        <w:gridCol w:w="2653"/>
        <w:gridCol w:w="2653"/>
        <w:gridCol w:w="2653"/>
      </w:tblGrid>
      <w:tr>
        <w:trPr/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sz w:val="24"/>
                <w:szCs w:val="24"/>
              </w:rPr>
            </w:pPr>
            <w:r>
              <w:rPr>
                <w:b/>
                <w:color w:val="1E1E1E"/>
                <w:sz w:val="24"/>
                <w:szCs w:val="24"/>
              </w:rPr>
              <w:t>Name:</w:t>
            </w:r>
          </w:p>
        </w:tc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1E1E1E"/>
                <w:sz w:val="16"/>
              </w:rPr>
            </w:pPr>
            <w:r>
              <w:rPr/>
            </w:r>
          </w:p>
        </w:tc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sz w:val="24"/>
                <w:szCs w:val="24"/>
              </w:rPr>
            </w:pPr>
            <w:r>
              <w:rPr>
                <w:b/>
                <w:color w:val="1E1E1E"/>
                <w:sz w:val="24"/>
                <w:szCs w:val="24"/>
              </w:rPr>
              <w:t>Address:</w:t>
            </w:r>
          </w:p>
        </w:tc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1E1E1E"/>
                <w:sz w:val="16"/>
              </w:rPr>
            </w:pPr>
            <w:r>
              <w:rPr/>
            </w:r>
          </w:p>
        </w:tc>
      </w:tr>
      <w:tr>
        <w:trPr/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sz w:val="24"/>
                <w:szCs w:val="24"/>
              </w:rPr>
            </w:pPr>
            <w:r>
              <w:rPr>
                <w:b/>
                <w:color w:val="1E1E1E"/>
                <w:sz w:val="24"/>
                <w:szCs w:val="24"/>
              </w:rPr>
              <w:t>Postal Code:</w:t>
            </w:r>
          </w:p>
        </w:tc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1E1E1E"/>
                <w:sz w:val="16"/>
              </w:rPr>
            </w:pPr>
            <w:r>
              <w:rPr/>
            </w:r>
          </w:p>
        </w:tc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sz w:val="24"/>
                <w:szCs w:val="24"/>
              </w:rPr>
            </w:pPr>
            <w:r>
              <w:rPr>
                <w:b/>
                <w:color w:val="1E1E1E"/>
                <w:sz w:val="24"/>
                <w:szCs w:val="24"/>
              </w:rPr>
              <w:t>City:</w:t>
            </w:r>
          </w:p>
        </w:tc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1E1E1E"/>
                <w:sz w:val="16"/>
              </w:rPr>
            </w:pPr>
            <w:r>
              <w:rPr/>
            </w:r>
          </w:p>
        </w:tc>
      </w:tr>
      <w:tr>
        <w:trPr/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sz w:val="24"/>
                <w:szCs w:val="24"/>
              </w:rPr>
            </w:pPr>
            <w:r>
              <w:rPr>
                <w:b/>
                <w:color w:val="1E1E1E"/>
                <w:sz w:val="24"/>
                <w:szCs w:val="24"/>
              </w:rPr>
              <w:t>Order Number:</w:t>
            </w:r>
          </w:p>
        </w:tc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1E1E1E"/>
                <w:sz w:val="16"/>
              </w:rPr>
            </w:pPr>
            <w:r>
              <w:rPr/>
            </w:r>
          </w:p>
        </w:tc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53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>
                <w:color w:val="1E1E1E"/>
                <w:sz w:val="16"/>
              </w:rPr>
            </w:pPr>
            <w:r>
              <w:rPr/>
            </w:r>
          </w:p>
        </w:tc>
      </w:tr>
    </w:tbl>
    <w:p>
      <w:pPr>
        <w:pStyle w:val="Normal"/>
        <w:spacing w:before="0" w:after="20"/>
        <w:rPr/>
      </w:pPr>
      <w:r>
        <w:rPr/>
      </w:r>
    </w:p>
    <w:tbl>
      <w:tblPr>
        <w:tblW w:w="1061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361"/>
        <w:gridCol w:w="4585"/>
        <w:gridCol w:w="4668"/>
      </w:tblGrid>
      <w:tr>
        <w:trPr>
          <w:tblHeader w:val="true"/>
        </w:trPr>
        <w:tc>
          <w:tcPr>
            <w:tcW w:w="1361" w:type="dxa"/>
            <w:tcBorders>
              <w:top w:val="single" w:sz="4" w:space="0" w:color="C7A64A"/>
              <w:start w:val="single" w:sz="4" w:space="0" w:color="C7A64A"/>
              <w:bottom w:val="single" w:sz="4" w:space="0" w:color="C7A64A"/>
              <w:end w:val="single" w:sz="4" w:space="0" w:color="C7A64A"/>
            </w:tcBorders>
            <w:shd w:fill="111111" w:val="clear"/>
            <w:vAlign w:val="center"/>
          </w:tcPr>
          <w:p>
            <w:pPr>
              <w:pStyle w:val="Normal"/>
              <w:spacing w:before="20" w:after="20"/>
              <w:jc w:val="center"/>
              <w:rPr/>
            </w:pPr>
            <w:r>
              <w:rPr>
                <w:b/>
                <w:color w:val="C7A64A"/>
                <w:sz w:val="14"/>
              </w:rPr>
              <w:t>QTY.</w:t>
            </w:r>
          </w:p>
        </w:tc>
        <w:tc>
          <w:tcPr>
            <w:tcW w:w="4585" w:type="dxa"/>
            <w:tcBorders>
              <w:top w:val="single" w:sz="4" w:space="0" w:color="C7A64A"/>
              <w:start w:val="single" w:sz="4" w:space="0" w:color="C7A64A"/>
              <w:bottom w:val="single" w:sz="4" w:space="0" w:color="C7A64A"/>
              <w:end w:val="single" w:sz="4" w:space="0" w:color="C7A64A"/>
            </w:tcBorders>
            <w:shd w:fill="111111" w:val="clear"/>
            <w:vAlign w:val="center"/>
          </w:tcPr>
          <w:p>
            <w:pPr>
              <w:pStyle w:val="Normal"/>
              <w:spacing w:before="20" w:after="20"/>
              <w:jc w:val="center"/>
              <w:rPr/>
            </w:pPr>
            <w:r>
              <w:rPr>
                <w:b/>
                <w:color w:val="C7A64A"/>
                <w:sz w:val="14"/>
              </w:rPr>
              <w:t>CARD NAME</w:t>
            </w:r>
          </w:p>
        </w:tc>
        <w:tc>
          <w:tcPr>
            <w:tcW w:w="4668" w:type="dxa"/>
            <w:tcBorders>
              <w:top w:val="single" w:sz="4" w:space="0" w:color="C7A64A"/>
              <w:start w:val="single" w:sz="4" w:space="0" w:color="C7A64A"/>
              <w:bottom w:val="single" w:sz="4" w:space="0" w:color="C7A64A"/>
              <w:end w:val="single" w:sz="4" w:space="0" w:color="C7A64A"/>
            </w:tcBorders>
            <w:shd w:fill="111111" w:val="clear"/>
            <w:vAlign w:val="center"/>
          </w:tcPr>
          <w:p>
            <w:pPr>
              <w:pStyle w:val="Normal"/>
              <w:spacing w:before="20" w:after="20"/>
              <w:jc w:val="center"/>
              <w:rPr/>
            </w:pPr>
            <w:r>
              <w:rPr>
                <w:b/>
                <w:color w:val="C7A64A"/>
                <w:sz w:val="14"/>
              </w:rPr>
              <w:t>SET</w:t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7F1DE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  <w:tr>
        <w:trPr>
          <w:trHeight w:val="340" w:hRule="exact"/>
        </w:trPr>
        <w:tc>
          <w:tcPr>
            <w:tcW w:w="1361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585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  <w:tc>
          <w:tcPr>
            <w:tcW w:w="4668" w:type="dxa"/>
            <w:tcBorders>
              <w:top w:val="single" w:sz="2" w:space="0" w:color="D8D0B8"/>
              <w:start w:val="single" w:sz="2" w:space="0" w:color="D8D0B8"/>
              <w:bottom w:val="single" w:sz="2" w:space="0" w:color="D8D0B8"/>
              <w:end w:val="single" w:sz="2" w:space="0" w:color="D8D0B8"/>
            </w:tcBorders>
            <w:shd w:fill="FFFFFF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/>
            </w:r>
          </w:p>
        </w:tc>
      </w:tr>
    </w:tbl>
    <w:sectPr>
      <w:footerReference w:type="even" r:id="rId2"/>
      <w:footerReference w:type="default" r:id="rId3"/>
      <w:footerReference w:type="first" r:id="rId4"/>
      <w:type w:val="nextPage"/>
      <w:pgSz w:w="11906" w:h="16838"/>
      <w:pgMar w:left="648" w:right="648" w:gutter="0" w:header="0" w:top="504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ptos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ptos Display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b/>
        <w:color w:val="82692A"/>
        <w:sz w:val="12"/>
      </w:rPr>
      <w:t>GRADINGPOINT  •  SUBMISSION FORM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b/>
        <w:color w:val="82692A"/>
        <w:sz w:val="12"/>
      </w:rPr>
      <w:t>GRADINGPOINT  •  SUBMISSION FORM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67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0"/>
      <w:jc w:val="start"/>
    </w:pPr>
    <w:rPr>
      <w:rFonts w:ascii="Aptos" w:hAnsi="Aptos" w:eastAsia="ＭＳ 明朝" w:cs=""/>
      <w:color w:val="232323"/>
      <w:kern w:val="0"/>
      <w:sz w:val="1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rsid w:val="00e618bf"/>
    <w:rPr/>
  </w:style>
  <w:style w:type="character" w:styleId="FooterChar" w:customStyle="1">
    <w:name w:val="Footer Char"/>
    <w:basedOn w:val="DefaultParagraphFont"/>
    <w:uiPriority w:val="99"/>
    <w:rsid w:val="00e618bf"/>
    <w:rPr/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eading1Char" w:customStyle="1">
    <w:name w:val="Heading 1 Char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Kop">
    <w:name w:val="Kop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pPr>
      <w:suppressLineNumbers/>
    </w:pPr>
    <w:rPr>
      <w:rFonts w:cs="Arial"/>
    </w:rPr>
  </w:style>
  <w:style w:type="paragraph" w:styleId="Koptekstenvoettekst">
    <w:name w:val="Koptekst en voettekst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Kop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Geenlijst" w:default="1">
    <w:name w:val="Geen lij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LibreOffice/26.8.0.3$Windows_X86_64 LibreOffice_project/bce0998afefdbc355585ca324285661a2170ba77</Application>
  <AppVersion>15.0000</AppVersion>
  <Pages>2</Pages>
  <Words>31</Words>
  <Characters>120</Characters>
  <CharactersWithSpaces>142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nl-NL</dc:language>
  <cp:lastModifiedBy/>
  <dcterms:modified xsi:type="dcterms:W3CDTF">2026-10-27T10:11:49Z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